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Dzień Babci i Dziadka: scenariusz uroczystości „Nasze babcie, nasi dziadkowie”</w:t>
      </w:r>
    </w:p>
    <w:p>
      <w:pPr>
        <w:pStyle w:val="Heading1"/>
      </w:pPr>
      <w:r>
        <w:t>Zanim zaczniesz: zaproszenia i rodziny</w:t>
      </w:r>
    </w:p>
    <w:p>
      <w:r>
        <w:t>- Zaproszenia. Wyślij je dwa tygodnie wcześniej. Dzieci mogą je napisać same na lekcji: kto zaprasza, na co, kiedy, gdzie.</w:t>
      </w:r>
    </w:p>
    <w:p>
      <w:r>
        <w:t>- Godzina. Popołudnie albo ostatnia lekcja ułatwia przyjście dziadkom, którzy pracują.</w:t>
      </w:r>
    </w:p>
    <w:p>
      <w:r>
        <w:t>- Nie każde dziecko ma dziadków w pobliżu. Zaproś też „przyszywane” babcie i dziadków: sąsiadów, ciocie, opiekunów. Laurkę można wysłać pocztą lub przekazać przez rodziców.</w:t>
      </w:r>
    </w:p>
    <w:p>
      <w:r>
        <w:t>- Krzesła i miejsce. Ustaw krzesła tak, żeby goście dobrze widzieli dzieci. Zostaw przejście dla osób o kulach lub na wózku.</w:t>
      </w:r>
    </w:p>
    <w:p>
      <w:pPr>
        <w:pStyle w:val="Heading1"/>
      </w:pPr>
      <w:r>
        <w:t>Scenariusz uroczystości „Nasze babcie, nasi dziadkowie”</w:t>
      </w:r>
    </w:p>
    <w:p>
      <w:r>
        <w:t>Klasa: 1–3, około 45 minut. Wersję dla przedszkola znajdziesz niżej.</w:t>
      </w:r>
    </w:p>
    <w:p>
      <w:r>
        <w:t>Cele: uczeń recytuje krótki wiersz z pamięci; wypowiada się wyraźnie przed publicznością; wręcza laurkę i składa życzenia; poznaje historię swojej rodziny dzięki rozmowie z dziadkami.</w:t>
      </w:r>
    </w:p>
    <w:p>
      <w:r>
        <w:t>Pomoce: laurki wykonane wcześniej, dekoracja z papierowych serc, instrument perkusyjny lub dzwonki, poczęstunek przygotowany z rodzicami.</w:t>
      </w:r>
    </w:p>
    <w:p>
      <w:pPr>
        <w:pStyle w:val="Heading2"/>
      </w:pPr>
      <w:r>
        <w:t>Powitanie (5 minut)</w:t>
      </w:r>
    </w:p>
    <w:p>
      <w:r>
        <w:t>Dwoje dzieci wita gości:</w:t>
      </w:r>
    </w:p>
    <w:p>
      <w:r>
        <w:t>Dzień dobry, kochane babcie i kochani dziadkowie! Dziękujemy, że przyszliście. Dziś to my przygotowaliśmy dla was niespodziankę.</w:t>
      </w:r>
    </w:p>
    <w:p>
      <w:pPr>
        <w:pStyle w:val="Heading2"/>
      </w:pPr>
      <w:r>
        <w:t>Wiersze (10 minut)</w:t>
      </w:r>
    </w:p>
    <w:p>
      <w:r>
        <w:t>Dzieci recytują krótkie wiersze. Poniżej trzy autorskie teksty, które można dowolnie wykorzystać w szkole.</w:t>
      </w:r>
    </w:p>
    <w:p>
      <w:r>
        <w:t>Moja babcia</w:t>
      </w:r>
    </w:p>
    <w:p>
      <w:r>
        <w:t>Kto upiecze najlepsze ciasto, kto przeczyta bajkę ładnie, kto przytuli, gdy coś boli? Moja babcia, każdy zgadnie!</w:t>
      </w:r>
    </w:p>
    <w:p>
      <w:r>
        <w:t>Mój dziadek</w:t>
      </w:r>
    </w:p>
    <w:p>
      <w:r>
        <w:t>Dziadek zna sto starych bajek i naprawi mi zegarek. Gdy na spacer idziemy w las, zawsze znajdzie dla mnie czas.</w:t>
      </w:r>
    </w:p>
    <w:p>
      <w:r>
        <w:t>Dla babci i dziadka</w:t>
      </w:r>
    </w:p>
    <w:p>
      <w:r>
        <w:t>Dziś dla babci, jutro dla dziadka kwiatek, uśmiech i laurka. Za cierpliwość i za czas dziękujemy, kochamy was!</w:t>
      </w:r>
    </w:p>
    <w:p>
      <w:r>
        <w:t>Każdy wiersz ma cztery wersy, więc mówi go jedno dziecko albo czworo dzieci po jednym wersie.</w:t>
      </w:r>
    </w:p>
    <w:p>
      <w:pPr>
        <w:pStyle w:val="Heading2"/>
      </w:pPr>
      <w:r>
        <w:t>Scenka „Gdzie są okulary dziadka?” (10 minut)</w:t>
      </w:r>
    </w:p>
    <w:p>
      <w:r>
        <w:t>Role: dziadek, babcia, dwoje wnucząt. Dziadek szuka okularów w całym pokoju: pod poduszką, w lodówce, w doniczce. Wnuczęta pomagają i zadają pytania: „A sprawdzałeś w kurtce?”. Babcia przez cały czas spokojnie czyta gazetę. Na koniec mówi: „Kochanie, masz je na czole”. Wszyscy się śmieją, a wnuczęta mówią razem: „Dziadku, my też ciągle czegoś szukamy!”. Scenka trwa około trzech minut, resztę czasu zajmują ukłony i ewentualna powtórka z zamianą ról.</w:t>
      </w:r>
    </w:p>
    <w:p>
      <w:pPr>
        <w:pStyle w:val="Heading2"/>
      </w:pPr>
      <w:r>
        <w:t>Piosenka i wręczenie laurek (10 minut)</w:t>
      </w:r>
    </w:p>
    <w:p>
      <w:r>
        <w:t>Klasa śpiewa piosenkę znaną z lekcji muzyki. Potem każde dziecko podchodzi do swoich gości, wręcza laurkę i składa życzenia własnymi słowami. Dzieci, których dziadkowie nie przyszli, wręczają laurki wychowawcy do przekazania albo zabierają je do domu.</w:t>
      </w:r>
    </w:p>
    <w:p>
      <w:pPr>
        <w:pStyle w:val="Heading2"/>
      </w:pPr>
      <w:r>
        <w:t>Poczęstunek i rozmowy (10 minut)</w:t>
      </w:r>
    </w:p>
    <w:p>
      <w:r>
        <w:t>Dzieci częstują gości ciastem i herbatą. To dobry moment, żeby dziadkowie opowiedzieli, jak wyglądała ich szkoła. Dzieci zapisują jedną odpowiedź na karcie wywiadu.</w:t>
      </w:r>
    </w:p>
    <w:p>
      <w:pPr>
        <w:pStyle w:val="Heading1"/>
      </w:pPr>
      <w:r>
        <w:t>Karta wywiadu z babcią lub dziadkiem</w:t>
      </w:r>
    </w:p>
    <w:p>
      <w:r>
        <w:t>Karta w pliku PDF zawiera pięć pytań, na które dziecko szuka odpowiedzi w rozmowie:</w:t>
      </w:r>
    </w:p>
    <w:p>
      <w:r>
        <w:t>1. Jak nazywała się Twoja szkoła i gdzie była?</w:t>
      </w:r>
    </w:p>
    <w:p>
      <w:r>
        <w:t>2. W co bawiłaś się (bawiłeś się) na przerwach?</w:t>
      </w:r>
    </w:p>
    <w:p>
      <w:r>
        <w:t>3. Jaka była Twoja ulubiona książka w dzieciństwie?</w:t>
      </w:r>
    </w:p>
    <w:p>
      <w:r>
        <w:t>4. Co robiłaś (robiłeś) w ferie zimowe?</w:t>
      </w:r>
    </w:p>
    <w:p>
      <w:r>
        <w:t>5. Czego mogę się od Ciebie nauczyć?</w:t>
      </w:r>
    </w:p>
    <w:p>
      <w:r>
        <w:t>Po uroczystości dzieci opowiadają w klasie o jednej odpowiedzi. Z kart powstaje klasowa książeczka „Kiedy nasi dziadkowie chodzili do szkoły”. To ćwiczenie łączy słuchanie, zadawanie pytań i krótką wypowiedź ustną.</w:t>
      </w:r>
    </w:p>
    <w:p>
      <w:pPr>
        <w:pStyle w:val="Heading1"/>
      </w:pPr>
      <w:r>
        <w:t>W przedszkolu</w:t>
      </w:r>
    </w:p>
    <w:p>
      <w:r>
        <w:t>Program powinien trwać 20–25 minut. Wybierz jeden wiersz recytowany przez całą grupę, jedną piosenkę i wręczenie laurek. Scenkę mogą odegrać nauczyciele, a dzieci podpowiadają, gdzie szukać okularów. Starszaki mogą przygotować laurkę z odbitą dłonią i podpisem.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