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Dzień Pluszowego Misia: scenariusz zajęć „Misie przychodzą do szkoły”</w:t>
      </w:r>
    </w:p>
    <w:p>
      <w:pPr>
        <w:pStyle w:val="Heading1"/>
      </w:pPr>
      <w:r>
        <w:t>Scenariusz zajęć: „Misie przychodzą do szkoły”</w:t>
      </w:r>
    </w:p>
    <w:p>
      <w:r>
        <w:t>Klasa: 1–3, czas około 45 minut.</w:t>
      </w:r>
    </w:p>
    <w:p>
      <w:r>
        <w:t>Cele: dziecko przedstawia swojego misia pełnym zdaniem; porównuje i porządkuje misie według wielkości; rozpoznaje znanych bohaterów książek; nazywa emocje i mówi, co pomaga mu poczuć się bezpiecznie.</w:t>
      </w:r>
    </w:p>
    <w:p>
      <w:r>
        <w:t>Pomoce: misie przyniesione przez dzieci, zapasowe zabawki, karta pracy „Mój miś”, książka z misiem w roli głównej, kartki z zagadkami.</w:t>
      </w:r>
    </w:p>
    <w:p>
      <w:pPr>
        <w:pStyle w:val="Heading2"/>
      </w:pPr>
      <w:r>
        <w:t>Powitanie misiów (10 minut)</w:t>
      </w:r>
    </w:p>
    <w:p>
      <w:r>
        <w:t>Dzieci siadają w kręgu, każde trzyma swojego misia. Nauczyciel zaczyna: „To jest mój miś Bruno. Lubi spać w szafie z ciepłymi swetrami”. Następnie każde dziecko mówi jedno zdanie według wzoru: „To jest mój miś… Lubi…”. Kto nie chce mówić, może pomachać łapą misia i przekazać głos dalej.</w:t>
      </w:r>
    </w:p>
    <w:p>
      <w:pPr>
        <w:pStyle w:val="Heading2"/>
      </w:pPr>
      <w:r>
        <w:t>Zagadki o misiach z książek (10 minut)</w:t>
      </w:r>
    </w:p>
    <w:p>
      <w:r>
        <w:t>1. Mieszka w Stumilowym Lesie i bardzo lubi miód. (Kubuś Puchatek)</w:t>
      </w:r>
    </w:p>
    <w:p>
      <w:r>
        <w:t>2. Ma jedno ucho klapnięte, a jego przygody od lat są polską bajką na dobranoc. (Miś Uszatek)</w:t>
      </w:r>
    </w:p>
    <w:p>
      <w:r>
        <w:t>3. Przyjechał do Londynu z Peru, nosi kapelusz i lubi kanapki z marmoladą. (Miś Paddington)</w:t>
      </w:r>
    </w:p>
    <w:p>
      <w:r>
        <w:t>4. Jest wielki, brązowy i zimą śpi w gawrze. (niedźwiedź brunatny)</w:t>
      </w:r>
    </w:p>
    <w:p>
      <w:r>
        <w:t>Po każdej zagadce zapytaj, kto zna książkę lub film o tym misiu. Ostatnia zagadka prowadzi do krótkiej rozmowy: czym różni się pluszowy miś od prawdziwego niedźwiedzia?</w:t>
      </w:r>
    </w:p>
    <w:p>
      <w:pPr>
        <w:pStyle w:val="Heading2"/>
      </w:pPr>
      <w:r>
        <w:t>Misiowa matematyka (10 minut)</w:t>
      </w:r>
    </w:p>
    <w:p>
      <w:r>
        <w:t>Pięć lub sześć misiów stoi na stoliku. Dzieci ustawiają je od najmniejszego do największego, a potem odpowiadają na pytania: który miś stoi trzeci? Ile łap mają razem dwa misie? Ile uszu mają trzy misie? W klasach 2–3 dzieci same układają podobne zadanie dla kolegów.</w:t>
      </w:r>
    </w:p>
    <w:p>
      <w:pPr>
        <w:pStyle w:val="Heading2"/>
      </w:pPr>
      <w:r>
        <w:t>Co czuje miś? (10 minut)</w:t>
      </w:r>
    </w:p>
    <w:p>
      <w:r>
        <w:t>Nauczyciel pokazuje misia i mówi: „Mój miś dziś trochę się boi, bo pierwszy raz jest w szkole”. Dzieci podpowiadają, co może mu pomóc: przytulenie, rozmowa, ktoś znajomy obok. Potem każde dziecko kończy zdanie: „Kiedy się boję, pomaga mi…”. To dobra okazja, by przypomnieć, do kogo w szkole można zwrócić się o pomoc.</w:t>
      </w:r>
    </w:p>
    <w:p>
      <w:pPr>
        <w:pStyle w:val="Heading2"/>
      </w:pPr>
      <w:r>
        <w:t>Karta pracy i zakończenie (5 minut)</w:t>
      </w:r>
    </w:p>
    <w:p>
      <w:r>
        <w:t>Dzieci zaczynają kartę pracy „Mój miś”: rysują swojego misia i uzupełniają zdania. Kończą ją w domu albo na kolejnych zajęciach. Na koniec wszystkie misie „siadają” razem na zdjęciu klasowym lub na półce w sali.</w:t>
      </w:r>
    </w:p>
    <w:p>
      <w:pPr>
        <w:pStyle w:val="Heading1"/>
      </w:pPr>
      <w:r>
        <w:t>Pomysły na Dzień Pluszowego Misia w klasie</w:t>
      </w:r>
    </w:p>
    <w:p>
      <w:r>
        <w:t>Pomysł · Dla kogo · Czas</w:t>
      </w:r>
    </w:p>
    <w:p>
      <w:r>
        <w:t>Przedstawiamy misie: dziecko mówi imię misia i jedno zdanie o nim · przedszkole, klasy 1–3 · 10 minut</w:t>
      </w:r>
    </w:p>
    <w:p>
      <w:r>
        <w:t>Zagadki o znanych misiach z książek · klasy 1–3 · 10 minut</w:t>
      </w:r>
    </w:p>
    <w:p>
      <w:r>
        <w:t>Misiowa matematyka: ustawianie misiów od najmniejszego do największego, liczenie łap i uszu · przedszkole, klasa 1 · 15 minut</w:t>
      </w:r>
    </w:p>
    <w:p>
      <w:r>
        <w:t>Opis misia: wygląd, ulubione zajęcie, ulubione miejsce · klasy 2–3 · 20 minut</w:t>
      </w:r>
    </w:p>
    <w:p>
      <w:r>
        <w:t>Szpital dla misiów: dzieci „leczą” misie i ćwiczą rozmowę u lekarza · przedszkole, klasa 1 · 20 minut</w:t>
      </w:r>
    </w:p>
    <w:p>
      <w:r>
        <w:t>Misiowa biblioteka: czytanie fragmentu książki misiom i kolegom · klasy 1–3 · 15 minut</w:t>
      </w:r>
    </w:p>
    <w:p>
      <w:r>
        <w:t>Nie każde dziecko ma misia albo chce go przynieść. Przygotuj kilka zapasowych zabawek lub papierowego misia do pokolorowania, żeby nikt nie został bez towarzysza zabawy.</w:t>
      </w:r>
    </w:p>
    <w:p>
      <w:pPr>
        <w:pStyle w:val="Heading1"/>
      </w:pPr>
      <w:r>
        <w:t>W przedszkolu</w:t>
      </w:r>
    </w:p>
    <w:p>
      <w:r>
        <w:t>Skróć scenariusz do powitania misiów, dwóch zagadek i szpitala dla misiów. Zamiast pisania dzieci rysują misia albo przyklejają mu papierową muszkę. Najmłodszym wystarczą proste pytania: jakiego koloru jest twój miś? Gdzie śpi?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