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Dzień Postaci z Bajek: scenariusz „Zaginiona księga bajek”</w:t>
      </w:r>
    </w:p>
    <w:p>
      <w:pPr>
        <w:pStyle w:val="Heading1"/>
      </w:pPr>
      <w:r>
        <w:t>Pomysły na Dzień Postaci z Bajek w klasie</w:t>
      </w:r>
    </w:p>
    <w:p>
      <w:r>
        <w:t>• Parada postaci: każde dziecko mówi jedno zdanie „Jestem…, pochodzę z bajki…” · Przedszkole, klasy 1–3 · 10 minut</w:t>
      </w:r>
    </w:p>
    <w:p>
      <w:r>
        <w:t>• Zagadki o bohaterach (w scenariuszu poniżej) · Klasy 1–3 · 10 minut</w:t>
      </w:r>
    </w:p>
    <w:p>
      <w:r>
        <w:t>• Bajkowe mapy: dzieci rysują drogę Czerwonego Kapturka do babci · Klasy 1–2 · 20 minut</w:t>
      </w:r>
    </w:p>
    <w:p>
      <w:r>
        <w:t>• Zmieniamy zakończenie: w grupach wymyślamy nowy koniec znanej bajki · Klasy 2–3 · 25 minut</w:t>
      </w:r>
    </w:p>
    <w:p>
      <w:r>
        <w:t>• Kącik czytania: nauczyciel czyta fragment, dzieci zgadują tytuł · Przedszkole, klasa 1 · 10 minut</w:t>
      </w:r>
    </w:p>
    <w:p>
      <w:pPr>
        <w:pStyle w:val="Heading1"/>
      </w:pPr>
      <w:r>
        <w:t>Stroje bez kupowania</w:t>
      </w:r>
    </w:p>
    <w:p>
      <w:r>
        <w:t>Nie każda rodzina może lub chce kupować przebranie. Wystarczy jeden znak rozpoznawczy:</w:t>
      </w:r>
    </w:p>
    <w:p>
      <w:r>
        <w:t>- Czerwony Kapturek: czerwona chusta lub kaptur i koszyk.</w:t>
      </w:r>
    </w:p>
    <w:p>
      <w:r>
        <w:t>- Kot w butach: kalosze i papierowe wąsy.</w:t>
      </w:r>
    </w:p>
    <w:p>
      <w:r>
        <w:t>- Kopciuszek: fartuszek i papierowy pantofelek przypięty do bluzki.</w:t>
      </w:r>
    </w:p>
    <w:p>
      <w:r>
        <w:t>- Jaś i Małgosia: papierowe pierniczki w kieszeni.</w:t>
      </w:r>
    </w:p>
    <w:p>
      <w:r>
        <w:t>- Brzydkie kaczątko: żółta czapka i papierowy dziób.</w:t>
      </w:r>
    </w:p>
    <w:p>
      <w:r>
        <w:t>Warto uprzedzić rodziców, że strój jest dobrowolny. Dziecko bez przebrania może dostać w klasie papierową koronę lub opaskę.</w:t>
      </w:r>
    </w:p>
    <w:p>
      <w:pPr>
        <w:pStyle w:val="Heading1"/>
      </w:pPr>
      <w:r>
        <w:t>Scenariusz: „Zaginiona księga bajek”</w:t>
      </w:r>
    </w:p>
    <w:p>
      <w:pPr>
        <w:pStyle w:val="Heading2"/>
      </w:pPr>
      <w:r>
        <w:t>Wstęp</w:t>
      </w:r>
    </w:p>
    <w:p>
      <w:r>
        <w:t>Nauczyciel: Dzisiaj w naszej klasie stało się coś dziwnego. Z księgi bajek zniknęły wszystkie tytuły! Tylko wy, bajkowi goście, możecie pomóc je odnaleźć.</w:t>
      </w:r>
    </w:p>
    <w:p>
      <w:pPr>
        <w:pStyle w:val="Heading2"/>
      </w:pPr>
      <w:r>
        <w:t>Zagadki</w:t>
      </w:r>
    </w:p>
    <w:p>
      <w:r>
        <w:t>Nauczyciel czyta zagadkę, dzieci zgłaszają się z odpowiedzią. Za każdą dobrą odpowiedź do tablicy przypina się kartkę z tytułem.</w:t>
      </w:r>
    </w:p>
    <w:p>
      <w:r>
        <w:t>1. Szła przez las z koszyczkiem do babci, a spotkała wilka. Kto to? (Czerwony Kapturek)</w:t>
      </w:r>
    </w:p>
    <w:p>
      <w:r>
        <w:t>2. Zgubiła pantofelek, uciekając z balu o północy. Kto to? (Kopciuszek)</w:t>
      </w:r>
    </w:p>
    <w:p>
      <w:r>
        <w:t>3. Rodzeństwo trafiło do domku z piernika. Kto to? (Jaś i Małgosia)</w:t>
      </w:r>
    </w:p>
    <w:p>
      <w:r>
        <w:t>4. Kot, który dzięki sprytowi i butom pomógł swojemu panu. Kto to? (Kot w butach)</w:t>
      </w:r>
    </w:p>
    <w:p>
      <w:r>
        <w:t>5. Wszyscy się z niego śmiali, a wyrósł na pięknego łabędzia. Kto to? (Brzydkie kaczątko)</w:t>
      </w:r>
    </w:p>
    <w:p>
      <w:r>
        <w:t>6. Zasnęła na sto lat po ukłuciu wrzecionem. Kto to? (Śpiąca Królewna)</w:t>
      </w:r>
    </w:p>
    <w:p>
      <w:pPr>
        <w:pStyle w:val="Heading2"/>
      </w:pPr>
      <w:r>
        <w:t>Scenki w grupach</w:t>
      </w:r>
    </w:p>
    <w:p>
      <w:r>
        <w:t>Dzieci w grupach po czworo odgrywają jedną minutę wybranej bajki bez słów, a reszta klasy zgaduje tytuł. Nauczyciel pilnuje, by każda grupa miała inną bajkę.</w:t>
      </w:r>
    </w:p>
    <w:p>
      <w:pPr>
        <w:pStyle w:val="Heading2"/>
      </w:pPr>
      <w:r>
        <w:t>Zakończenie</w:t>
      </w:r>
    </w:p>
    <w:p>
      <w:r>
        <w:t>Nauczyciel: Księga bajek odzyskała wszystkie tytuły! Dziękujemy bajkowym gościom. Na koniec każdy powie, którą bajkę chciałby dziś wieczorem przeczytać w domu.</w:t>
      </w:r>
    </w:p>
    <w:p>
      <w:pPr>
        <w:pStyle w:val="Heading1"/>
      </w:pPr>
      <w:r>
        <w:t>W przedszkolu</w:t>
      </w:r>
    </w:p>
    <w:p>
      <w:r>
        <w:t>W grupie przedszkolnej skróć scenariusz do parady i trzech zagadek. Zamiast pisania dzieci mogą narysować ulubioną postać. Najważniejsze, by zabawa prowadziła do książki: po zajęciach przeczytaj jedną bajkę na głos.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