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Mikołajki w szkole: scenariusz zajęć „Kim był święty Mikołaj?”</w:t>
      </w:r>
    </w:p>
    <w:p>
      <w:pPr>
        <w:pStyle w:val="Heading1"/>
      </w:pPr>
      <w:r>
        <w:t>Losowanie prezentów: zasady, które oszczędzą nerwów</w:t>
      </w:r>
    </w:p>
    <w:p>
      <w:r>
        <w:t>Najwięcej pytań rodziców dotyczy prezentów. Ustal zasady na zebraniu lub w wiadomości do rodziców jeszcze w listopadzie.</w:t>
      </w:r>
    </w:p>
    <w:p>
      <w:r>
        <w:t>- Kwota. Zaproponuj jedną, niewysoką kwotę i zapisz ją w wiadomości. Podana z góry chroni dzieci przed porównywaniem prezentów.</w:t>
      </w:r>
    </w:p>
    <w:p>
      <w:r>
        <w:t>- Losowanie. Losujcie w klasie na dwa tygodnie przed mikołajkami. Każde dziecko dostaje karteczkę z imieniem i zachowuje ją w tajemnicy.</w:t>
      </w:r>
    </w:p>
    <w:p>
      <w:r>
        <w:t>- Lista podpowiedzi. Dzieci mogą zapisać na karteczce dwie rzeczy, które lubią, na przykład kolor, zwierzę lub ulubioną grę.</w:t>
      </w:r>
    </w:p>
    <w:p>
      <w:r>
        <w:t>- Nieobecni. Przygotuj dwa zapasowe drobiazgi dla dzieci, które zachorują albo dołączą do klasy później.</w:t>
      </w:r>
    </w:p>
    <w:p>
      <w:r>
        <w:t>- Bez słodyczy jako jedynego prezentu. Część dzieci ma alergie lub dietę. Lepiej sprawdzają się książki, gry, przybory plastyczne.</w:t>
      </w:r>
    </w:p>
    <w:p>
      <w:r>
        <w:t>- Rodziny, które nie obchodzą mikołajek. Dziecko może pomagać w rozdawaniu prezentów albo prowadzić zabawy. Zapytaj rodziców wcześniej.</w:t>
      </w:r>
    </w:p>
    <w:p>
      <w:pPr>
        <w:pStyle w:val="Heading1"/>
      </w:pPr>
      <w:r>
        <w:t>Scenariusz: „Kim był święty Mikołaj?”</w:t>
      </w:r>
    </w:p>
    <w:p>
      <w:r>
        <w:t>Klasa: 1–3, około 45 minut. W klasach 4–6 skróć część o legendzie i dodaj zadania z karty pracy.</w:t>
      </w:r>
    </w:p>
    <w:p>
      <w:r>
        <w:t>Cele: uczeń wie, skąd pochodzi zwyczaj mikołajek; pisze krótki list z zachowaniem formy (zwrot do adresata, treść, pozdrowienia, podpis); współpracuje w zabawie; rozwiązuje zadania tekstowe na dodawanie i mnożenie.</w:t>
      </w:r>
    </w:p>
    <w:p>
      <w:r>
        <w:t>Pomoce: worek lub kosz, karteczki z imionami, szablony listu, karta pracy, kredki, opcjonalnie czapka Mikołaja dla prowadzącego.</w:t>
      </w:r>
    </w:p>
    <w:p>
      <w:pPr>
        <w:pStyle w:val="Heading2"/>
      </w:pPr>
      <w:r>
        <w:t>Wprowadzenie (5 minut)</w:t>
      </w:r>
    </w:p>
    <w:p>
      <w:r>
        <w:t>Nauczyciel pyta: „Dlaczego 6 grudnia dostajemy prezenty?”. Opowiada, że święty Mikołaj był biskupem w Mirze, mieście na terenie dzisiejszej Turcji. Według legend pomagał ubogim po kryjomu, tak żeby nikt nie wiedział, kto przyniósł dar. Dlatego mikołajkowe prezenty są niespodzianką.</w:t>
      </w:r>
    </w:p>
    <w:p>
      <w:pPr>
        <w:pStyle w:val="Heading2"/>
      </w:pPr>
      <w:r>
        <w:t>List do Świętego Mikołaja (15 minut)</w:t>
      </w:r>
    </w:p>
    <w:p>
      <w:r>
        <w:t>Dzieci dostają szablon listu. Nauczyciel przypomina części listu: miejscowość i data, zwrot do adresata, treść, pozdrowienia, podpis. Zadanie ma dwa punkty: napisz, czego chcesz życzyć innym, i dopiero potem, o czym marzysz. W klasie 1 dzieci mogą narysować marzenie i podpisać rysunek jednym zdaniem.</w:t>
      </w:r>
    </w:p>
    <w:p>
      <w:r>
        <w:t>Zwróć uwagę na wielkie litery: w liście piszemy „Drogi Święty Mikołaju”, a zaimki „Ty”, „Ciebie” wielką literą z szacunku dla adresata.</w:t>
      </w:r>
    </w:p>
    <w:p>
      <w:pPr>
        <w:pStyle w:val="Heading2"/>
      </w:pPr>
      <w:r>
        <w:t>Zabawa ruchowa: „Worek Mikołaja” (10 minut)</w:t>
      </w:r>
    </w:p>
    <w:p>
      <w:r>
        <w:t>Klasa dzieli się na dwie drużyny. Na końcu sali stoją dwa pudła z zapakowanymi „prezentami” (pudełka po zapałkach, klocki owinięte papierem). Dzieci kolejno biegną, zabierają jeden prezent i wracają, a następna osoba startuje po przybiciu piątki. Wygrywa drużyna, która pierwsza przeniesie wszystkie prezenty do swojego worka.</w:t>
      </w:r>
    </w:p>
    <w:p>
      <w:pPr>
        <w:pStyle w:val="Heading2"/>
      </w:pPr>
      <w:r>
        <w:t>Karta pracy i rozdanie prezentów (15 minut)</w:t>
      </w:r>
    </w:p>
    <w:p>
      <w:r>
        <w:t>Dzieci rozwiązują zadania z karty „Mikołajkowe zadania”. Kto skończy, koloruje ramkę listu. Na koniec nauczyciel lub wybrany „pomocnik Mikołaja” wywołuje imiona i rozdaje prezenty z losowania.</w:t>
      </w:r>
    </w:p>
    <w:p>
      <w:pPr>
        <w:pStyle w:val="Heading1"/>
      </w:pPr>
      <w:r>
        <w:t>Zabawy mikołajkowe bez przygotowań</w:t>
      </w:r>
    </w:p>
    <w:p>
      <w:r>
        <w:t>Zabawa · Jak przeprowadzić · Klasy</w:t>
      </w:r>
    </w:p>
    <w:p>
      <w:r>
        <w:t>Zgadnij, co jest w worku · Dziecko z zawiązanymi oczami dotyka przedmiotu w worku i opisuje go trzema przymiotnikami. Klasa zgaduje. · 1–3</w:t>
      </w:r>
    </w:p>
    <w:p>
      <w:r>
        <w:t>Mikołaj kazał · Wersja „Szymon mówi”: dzieci wykonują polecenie tylko wtedy, gdy zaczyna się od słów „Mikołaj kazał”. · 1–3</w:t>
      </w:r>
    </w:p>
    <w:p>
      <w:r>
        <w:t>Tajny pomocnik · Każdy losuje osobę, której przez cały dzień robi drobne przysługi. Na koniec dnia zgadujemy, kto był czyim pomocnikiem. · 1–6</w:t>
      </w:r>
    </w:p>
    <w:p>
      <w:r>
        <w:t>Mikołajkowy alfabet · Grupy wypisują w trzy minuty jak najwięcej wyrazów związanych z zimą i świętami, po jednym na każdą literę. · 4–6</w:t>
      </w:r>
    </w:p>
    <w:p>
      <w:r>
        <w:t>Prezent dla klasy · Klasa planuje jeden dobry uczynek dla innej grupy: laurkę dla przedszkola, porządek w bibliotece. · 1–6</w:t>
      </w:r>
    </w:p>
    <w:p>
      <w:pPr>
        <w:pStyle w:val="Heading1"/>
      </w:pPr>
      <w:r>
        <w:t>W przedszkolu</w:t>
      </w:r>
    </w:p>
    <w:p>
      <w:r>
        <w:t>Zabawa nie powinna trwać dłużej niż 25–30 minut. Wybierz „Zgadnij, co jest w worku” i „Mikołaj kazał”, a list zamień na rysunek marzenia. Jeśli do przedszkola przychodzi przebrany Mikołaj, uprzedź dzieci i pozwól nieśmiałym oglądać go z daleka. Część młodszych dzieci boi się przebranych postaci.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