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Pasowanie na ucznia klasy 1: scenariusz „Mały uczeń, wielka przygoda”</w:t>
      </w:r>
    </w:p>
    <w:p>
      <w:pPr>
        <w:pStyle w:val="Heading1"/>
      </w:pPr>
      <w:r>
        <w:t>Kiedy i jak zorganizować pasowanie</w:t>
      </w:r>
    </w:p>
    <w:p>
      <w:r>
        <w:t>Szkoły organizują pasowanie najczęściej w październiku lub listopadzie, gdy pierwszaki znają już salę, kolegów i codzienne zasady. Termin, udział pocztu sztandarowego i kolejność części oficjalnej ustala szkoła. Scenariusz zakłada, że uroczystość prowadzi wychowawca z dwojgiem uczniów starszych klas lub z rodzicem.</w:t>
      </w:r>
    </w:p>
    <w:p>
      <w:r>
        <w:t>• Czas · Około 25 minut (część artystyczna 12–15 minut, ślubowanie i pasowanie 8–10 minut)</w:t>
      </w:r>
    </w:p>
    <w:p>
      <w:r>
        <w:t>• Prowadzący · Wychowawca i dwoje uczniów klas starszych</w:t>
      </w:r>
    </w:p>
    <w:p>
      <w:r>
        <w:t>• Materiały · Duży ołówek z tektury (do pasowania), tabliczki z literami, liczydło lub 10 dużych kart z kropkami, dyplomy</w:t>
      </w:r>
    </w:p>
    <w:p>
      <w:r>
        <w:t>• Próby · Trzy krótkie próby w klasie po 10 minut, jedna w sali</w:t>
      </w:r>
    </w:p>
    <w:p>
      <w:r>
        <w:t>• Goście · Rodzice siedzą z przodu, dzieci wchodzą parami</w:t>
      </w:r>
    </w:p>
    <w:p>
      <w:r>
        <w:t>Podane czasy to szacunek. Zmierz je na próbie, bo zależą od liczby dzieci i tempa pasowania.</w:t>
      </w:r>
    </w:p>
    <w:p>
      <w:pPr>
        <w:pStyle w:val="Heading1"/>
      </w:pPr>
      <w:r>
        <w:t>Scenariusz: „Mały uczeń, wielka przygoda”</w:t>
      </w:r>
    </w:p>
    <w:p>
      <w:pPr>
        <w:pStyle w:val="Heading2"/>
      </w:pPr>
      <w:r>
        <w:t>Wejście i powitanie</w:t>
      </w:r>
    </w:p>
    <w:p>
      <w:r>
        <w:t>Pierwszaki wchodzą parami i stają w dwóch rzędach.</w:t>
      </w:r>
    </w:p>
    <w:p>
      <w:r>
        <w:t>Wychowawca: Dzień dobry! Witamy rodziców, dyrekcję i gości. Dzisiaj nasi pierwszoklasiści pokażą, czego nauczyli się przez pierwsze tygodnie w szkole. Potem złożą ślubowanie i zostaną prawdziwymi uczniami.</w:t>
      </w:r>
    </w:p>
    <w:p>
      <w:r>
        <w:t>Uczeń starszej klasy: Pamiętamy nasze pasowanie. Też byliśmy trochę przejęci. Trzymamy za was kciuki!</w:t>
      </w:r>
    </w:p>
    <w:p>
      <w:pPr>
        <w:pStyle w:val="Heading2"/>
      </w:pPr>
      <w:r>
        <w:t>Zadanie 1: Znamy litery</w:t>
      </w:r>
    </w:p>
    <w:p>
      <w:r>
        <w:t>Wychowawca pokazuje tabliczki z literami. Dzieci wołają je chórem, a potem każda para podnosi swoją literę i wspólnie układają krótkie słowo, na przykład „SZKOŁA” lub imię klasowej maskotki.</w:t>
      </w:r>
    </w:p>
    <w:p>
      <w:r>
        <w:t>Dziecko 1: Znamy już litery i umiemy ułożyć słowo!</w:t>
      </w:r>
    </w:p>
    <w:p>
      <w:pPr>
        <w:pStyle w:val="Heading2"/>
      </w:pPr>
      <w:r>
        <w:t>Zadanie 2: Liczymy do dziesięciu</w:t>
      </w:r>
    </w:p>
    <w:p>
      <w:r>
        <w:t>Dziesięcioro dzieci trzyma karty z kropkami. Stają w kolejności od 1 do 10, a cała klasa głośno liczy. Na koniec wychowawca pyta: „Ile to jest dwa i trzy?”, a dzieci pokazują odpowiedź na palcach.</w:t>
      </w:r>
    </w:p>
    <w:p>
      <w:pPr>
        <w:pStyle w:val="Heading2"/>
      </w:pPr>
      <w:r>
        <w:t>Zadanie 3: Wierszyk pierwszaka (autorski)</w:t>
      </w:r>
    </w:p>
    <w:p>
      <w:r>
        <w:t>Cała klasa:</w:t>
      </w:r>
    </w:p>
    <w:p>
      <w:r>
        <w:t>„Mam piórnik, zeszyt i plecak,</w:t>
      </w:r>
    </w:p>
    <w:p>
      <w:r>
        <w:t>w klasie nie biegam i nie narzekam.</w:t>
      </w:r>
    </w:p>
    <w:p>
      <w:r>
        <w:t>Słucham, gdy pani coś tłumaczy,</w:t>
      </w:r>
    </w:p>
    <w:p>
      <w:r>
        <w:t>a kiedy trzeba, pomagam innym raczej.”</w:t>
      </w:r>
    </w:p>
    <w:p>
      <w:pPr>
        <w:pStyle w:val="Heading2"/>
      </w:pPr>
      <w:r>
        <w:t>Zadanie 4: Szkolne zasady</w:t>
      </w:r>
    </w:p>
    <w:p>
      <w:r>
        <w:t>Dziecko 2: W szkole podnosimy rękę, gdy chcemy coś powiedzieć.</w:t>
      </w:r>
    </w:p>
    <w:p>
      <w:r>
        <w:t>Dziecko 3: Dbamy o swoje rzeczy i o rzeczy innych.</w:t>
      </w:r>
    </w:p>
    <w:p>
      <w:r>
        <w:t>Dziecko 4: Na przerwie bawimy się bezpiecznie.</w:t>
      </w:r>
    </w:p>
    <w:p>
      <w:r>
        <w:t>Dziecko 5: Mówimy „proszę”, „dziękuję” i „przepraszam”.</w:t>
      </w:r>
    </w:p>
    <w:p>
      <w:pPr>
        <w:pStyle w:val="Heading2"/>
      </w:pPr>
      <w:r>
        <w:t>Ślubowanie</w:t>
      </w:r>
    </w:p>
    <w:p>
      <w:r>
        <w:t>Dzieci podnoszą prawą rękę. Wychowawca czyta zdanie, a klasa powtarza „ślubuję”.</w:t>
      </w:r>
    </w:p>
    <w:p>
      <w:r>
        <w:t>Wychowawca: Ślubuję być dobrym uczniem i koleżeńskim przyjacielem.</w:t>
      </w:r>
    </w:p>
    <w:p>
      <w:r>
        <w:t>Dzieci: Ślubuję!</w:t>
      </w:r>
    </w:p>
    <w:p>
      <w:r>
        <w:t>Wychowawca: Ślubuję uczyć się pilnie i słuchać nauczycieli.</w:t>
      </w:r>
    </w:p>
    <w:p>
      <w:r>
        <w:t>Dzieci: Ślubuję!</w:t>
      </w:r>
    </w:p>
    <w:p>
      <w:r>
        <w:t>Wychowawca: Ślubuję dbać o dobre imię naszej szkoły i szanować innych.</w:t>
      </w:r>
    </w:p>
    <w:p>
      <w:r>
        <w:t>Dzieci: Ślubuję!</w:t>
      </w:r>
    </w:p>
    <w:p>
      <w:r>
        <w:t>Tekst ślubowania można zastąpić wersją przyjętą w szkole.</w:t>
      </w:r>
    </w:p>
    <w:p>
      <w:pPr>
        <w:pStyle w:val="Heading2"/>
      </w:pPr>
      <w:r>
        <w:t>Pasowanie i dyplomy</w:t>
      </w:r>
    </w:p>
    <w:p>
      <w:r>
        <w:t>Dyrektor lub wychowawca dotyka ramienia każdego dziecka dużym tekturowym ołówkiem i mówi: „Pasuję cię na ucznia klasy pierwszej”. Dziecko odbiera dyplom i wraca na miejsce. Przy dużej klasie warto, by dwie osoby wręczały dyplomy równolegle.</w:t>
      </w:r>
    </w:p>
    <w:p>
      <w:pPr>
        <w:pStyle w:val="Heading2"/>
      </w:pPr>
      <w:r>
        <w:t>Zakończenie</w:t>
      </w:r>
    </w:p>
    <w:p>
      <w:r>
        <w:t>Uczeń starszej klasy: Gratulujemy! Teraz jesteście prawdziwymi uczniami naszej szkoły.</w:t>
      </w:r>
    </w:p>
    <w:p>
      <w:r>
        <w:t>Wychowawca: Dziękujemy rodzicom za przybycie. Zapraszamy na wspólne zdjęcie.</w:t>
      </w:r>
    </w:p>
    <w:p>
      <w:pPr>
        <w:pStyle w:val="Heading1"/>
      </w:pPr>
      <w:r>
        <w:t>Jak przygotować dzieci bez stresu</w:t>
      </w:r>
    </w:p>
    <w:p>
      <w:r>
        <w:t>- Ćwicz krótko i często: dwie lub trzy minuty na lekcji wystarczą.</w:t>
      </w:r>
    </w:p>
    <w:p>
      <w:r>
        <w:t>- Pozwól nieśmiałym dzieciom mówić w parze lub chórem.</w:t>
      </w:r>
    </w:p>
    <w:p>
      <w:r>
        <w:t>- Oznacz na podłodze miejsca, na których dzieci mają stanąć.</w:t>
      </w:r>
    </w:p>
    <w:p>
      <w:r>
        <w:t>- Na próbie generalnej przećwicz wejście, pasowanie i powrót na miejsce.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