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Plan lekcji</w:t>
      </w:r>
    </w:p>
    <w:p>
      <w:r>
        <w:t>Imię: ______________________   Klasa: ______   Rok szkolny: 20___/20___</w:t>
      </w:r>
    </w:p>
    <w:tbl>
      <w:tblPr>
        <w:tblStyle w:val="TableGrid"/>
        <w:tblW w:w="15022" w:type="dxa"/>
        <w:jc w:val="center"/>
        <w:tblBorders>
          <w:top w:val="single" w:sz="8" w:space="0" w:color="1F2937"/>
          <w:left w:val="single" w:sz="8" w:space="0" w:color="1F2937"/>
          <w:bottom w:val="single" w:sz="8" w:space="0" w:color="1F2937"/>
          <w:right w:val="single" w:sz="8" w:space="0" w:color="1F2937"/>
          <w:insideH w:val="single" w:sz="8" w:space="0" w:color="1F2937"/>
          <w:insideV w:val="single" w:sz="8" w:space="0" w:color="1F2937"/>
        </w:tblBorders>
        <w:tblLayout w:type="fixed"/>
        <w:tblLook w:firstColumn="1" w:firstRow="1" w:lastColumn="0" w:lastRow="0" w:noHBand="0" w:noVBand="1" w:val="04A0"/>
      </w:tblPr>
      <w:tblGrid>
        <w:gridCol w:w="680"/>
        <w:gridCol w:w="1587"/>
        <w:gridCol w:w="2551"/>
        <w:gridCol w:w="2551"/>
        <w:gridCol w:w="2551"/>
        <w:gridCol w:w="2551"/>
        <w:gridCol w:w="2551"/>
      </w:tblGrid>
      <w:tr>
        <w:tc>
          <w:tcPr>
            <w:tcW w:type="dxa" w:w="68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587"/>
          </w:tcPr>
          <w:p>
            <w:r/>
            <w:r>
              <w:rPr>
                <w:b/>
              </w:rPr>
              <w:t>Godziny</w:t>
            </w:r>
          </w:p>
        </w:tc>
        <w:tc>
          <w:tcPr>
            <w:tcW w:type="dxa" w:w="2551"/>
            <w:shd w:val="clear" w:color="auto" w:fill="fde2cf"/>
          </w:tcPr>
          <w:p>
            <w:r/>
            <w:r>
              <w:rPr>
                <w:b/>
              </w:rPr>
              <w:t>Poniedziałek</w:t>
            </w:r>
          </w:p>
        </w:tc>
        <w:tc>
          <w:tcPr>
            <w:tcW w:type="dxa" w:w="2551"/>
            <w:shd w:val="clear" w:color="auto" w:fill="fdf0c4"/>
          </w:tcPr>
          <w:p>
            <w:r/>
            <w:r>
              <w:rPr>
                <w:b/>
              </w:rPr>
              <w:t>Wtorek</w:t>
            </w:r>
          </w:p>
        </w:tc>
        <w:tc>
          <w:tcPr>
            <w:tcW w:type="dxa" w:w="2551"/>
            <w:shd w:val="clear" w:color="auto" w:fill="dcefd8"/>
          </w:tcPr>
          <w:p>
            <w:r/>
            <w:r>
              <w:rPr>
                <w:b/>
              </w:rPr>
              <w:t>Środa</w:t>
            </w:r>
          </w:p>
        </w:tc>
        <w:tc>
          <w:tcPr>
            <w:tcW w:type="dxa" w:w="2551"/>
            <w:shd w:val="clear" w:color="auto" w:fill="d8e8f5"/>
          </w:tcPr>
          <w:p>
            <w:r/>
            <w:r>
              <w:rPr>
                <w:b/>
              </w:rPr>
              <w:t>Czwartek</w:t>
            </w:r>
          </w:p>
        </w:tc>
        <w:tc>
          <w:tcPr>
            <w:tcW w:type="dxa" w:w="2551"/>
            <w:shd w:val="clear" w:color="auto" w:fill="e8def3"/>
          </w:tcPr>
          <w:p>
            <w:r/>
            <w:r>
              <w:rPr>
                <w:b/>
              </w:rPr>
              <w:t>Piątek</w:t>
            </w:r>
          </w:p>
        </w:tc>
      </w:tr>
      <w:tr>
        <w:trPr>
          <w:trHeight w:val="992"/>
        </w:trP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1587"/>
          </w:tcPr>
          <w:p>
            <w:r>
              <w:t>8:00–8:45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992"/>
        </w:trP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1587"/>
          </w:tcPr>
          <w:p>
            <w:r>
              <w:t>8:55–9:40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992"/>
        </w:trP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1587"/>
          </w:tcPr>
          <w:p>
            <w:r>
              <w:t>9:50–10:35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992"/>
        </w:trPr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1587"/>
          </w:tcPr>
          <w:p>
            <w:r>
              <w:t>10:45–11:30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992"/>
        </w:trPr>
        <w:tc>
          <w:tcPr>
            <w:tcW w:type="dxa" w:w="680"/>
          </w:tcPr>
          <w:p>
            <w:r>
              <w:t>5</w:t>
            </w:r>
          </w:p>
        </w:tc>
        <w:tc>
          <w:tcPr>
            <w:tcW w:type="dxa" w:w="1587"/>
          </w:tcPr>
          <w:p>
            <w:r>
              <w:t>11:50–12:35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992"/>
        </w:trPr>
        <w:tc>
          <w:tcPr>
            <w:tcW w:type="dxa" w:w="680"/>
          </w:tcPr>
          <w:p>
            <w:r>
              <w:t>6</w:t>
            </w:r>
          </w:p>
        </w:tc>
        <w:tc>
          <w:tcPr>
            <w:tcW w:type="dxa" w:w="1587"/>
          </w:tcPr>
          <w:p>
            <w:r>
              <w:t>12:45–13:30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992"/>
        </w:trPr>
        <w:tc>
          <w:tcPr>
            <w:tcW w:type="dxa" w:w="680"/>
          </w:tcPr>
          <w:p>
            <w:r>
              <w:t>7</w:t>
            </w:r>
          </w:p>
        </w:tc>
        <w:tc>
          <w:tcPr>
            <w:tcW w:type="dxa" w:w="1587"/>
          </w:tcPr>
          <w:p>
            <w:r>
              <w:t>13:40–14:25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992"/>
        </w:trPr>
        <w:tc>
          <w:tcPr>
            <w:tcW w:type="dxa" w:w="680"/>
          </w:tcPr>
          <w:p>
            <w:r>
              <w:t>8</w:t>
            </w:r>
          </w:p>
        </w:tc>
        <w:tc>
          <w:tcPr>
            <w:tcW w:type="dxa" w:w="1587"/>
          </w:tcPr>
          <w:p>
            <w:r>
              <w:t>14:35–15:20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rPr>
          <w:sz w:val="16"/>
        </w:rPr>
        <w:t>Godziny są przykładowe: zmień je na rozkład dzwonków swojej szkoły. Kolory dni możesz usunąć, aby wydrukować w czerni i bieli.</w:t>
      </w:r>
    </w:p>
    <w:sectPr w:rsidR="00FC693F" w:rsidRPr="0006063C" w:rsidSect="00034616">
      <w:pgSz w:w="16838" w:h="11906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lekcji do druku</dc:title>
  <dc:subject/>
  <dc:creator>Przygotuj Lekcje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